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72564" w:rsidRDefault="0055640D">
      <w:pPr>
        <w:pStyle w:val="Heading1"/>
      </w:pPr>
      <w:r>
        <w:t>FULL STACK DEVELOPMENT (BIS601)</w:t>
      </w:r>
    </w:p>
    <w:p w:rsidR="00D72564" w:rsidRDefault="0055640D">
      <w:pPr>
        <w:pStyle w:val="Heading2"/>
      </w:pPr>
      <w:r>
        <w:t xml:space="preserve">Module 1 </w:t>
      </w:r>
      <w:bookmarkStart w:id="0" w:name="_GoBack"/>
      <w:bookmarkEnd w:id="0"/>
    </w:p>
    <w:p w:rsidR="00D72564" w:rsidRDefault="0055640D">
      <w:pPr>
        <w:pStyle w:val="Heading3"/>
      </w:pPr>
      <w:r>
        <w:t>1. Explain Hoisting in JavaScript</w:t>
      </w:r>
    </w:p>
    <w:p w:rsidR="00D72564" w:rsidRDefault="0055640D">
      <w:r>
        <w:t xml:space="preserve">Hoisting is a JavaScript mechanism where variable and function declarations are moved to the top of their scope during the compilation </w:t>
      </w:r>
      <w:r>
        <w:t>phase before the code is executed. This means that variables and functions can be used before they are declared in the code.</w:t>
      </w:r>
      <w:r>
        <w:br/>
      </w:r>
      <w:r>
        <w:br/>
        <w:t>Variable Hoisting:</w:t>
      </w:r>
      <w:r>
        <w:br/>
        <w:t>When variables are declared using var, the declaration is hoisted but not the initialization.</w:t>
      </w:r>
      <w:r>
        <w:br/>
      </w:r>
      <w:r>
        <w:br/>
        <w:t>Example:</w:t>
      </w:r>
      <w:r>
        <w:br/>
        <w:t>console</w:t>
      </w:r>
      <w:r>
        <w:t>.log(a); // undefined</w:t>
      </w:r>
      <w:r>
        <w:br/>
        <w:t>var a = 10;</w:t>
      </w:r>
      <w:r>
        <w:br/>
      </w:r>
      <w:r>
        <w:br/>
        <w:t>Internally, JavaScript interprets it as:</w:t>
      </w:r>
      <w:r>
        <w:br/>
        <w:t>var a;</w:t>
      </w:r>
      <w:r>
        <w:br/>
        <w:t>console.log(a);</w:t>
      </w:r>
      <w:r>
        <w:br/>
        <w:t>a = 10;</w:t>
      </w:r>
      <w:r>
        <w:br/>
      </w:r>
      <w:r>
        <w:br/>
        <w:t>For let and const:</w:t>
      </w:r>
      <w:r>
        <w:br/>
        <w:t>They are also hoisted but remain in a “Temporal Dead Zone (TDZ)” until the line where they are declared. Accessing them before de</w:t>
      </w:r>
      <w:r>
        <w:t>claration results in a ReferenceError.</w:t>
      </w:r>
      <w:r>
        <w:br/>
      </w:r>
      <w:r>
        <w:br/>
        <w:t>Example:</w:t>
      </w:r>
      <w:r>
        <w:br/>
        <w:t>console.log(b); // ReferenceError</w:t>
      </w:r>
      <w:r>
        <w:br/>
        <w:t>let b = 20;</w:t>
      </w:r>
      <w:r>
        <w:br/>
      </w:r>
      <w:r>
        <w:br/>
        <w:t>Function Hoisting:</w:t>
      </w:r>
      <w:r>
        <w:br/>
        <w:t>Function declarations are completely hoisted along with their definitions.</w:t>
      </w:r>
      <w:r>
        <w:br/>
      </w:r>
      <w:r>
        <w:br/>
        <w:t>Example:</w:t>
      </w:r>
      <w:r>
        <w:br/>
        <w:t>greet();</w:t>
      </w:r>
      <w:r>
        <w:br/>
        <w:t>function greet() {</w:t>
      </w:r>
      <w:r>
        <w:br/>
        <w:t xml:space="preserve">    console.log("Hello");</w:t>
      </w:r>
      <w:r>
        <w:br/>
        <w:t>}</w:t>
      </w:r>
      <w:r>
        <w:br/>
      </w:r>
      <w:r>
        <w:br/>
        <w:t>Function expressions and arrow functions are not fully hoisted because they are treated like variables.</w:t>
      </w:r>
      <w:r>
        <w:br/>
      </w:r>
      <w:r>
        <w:br/>
        <w:t>Conclusion:</w:t>
      </w:r>
      <w:r>
        <w:br/>
      </w:r>
      <w:r>
        <w:lastRenderedPageBreak/>
        <w:t>Hoisting improves flexibility but may lead to confusion. It is recommended to declare variables at the top and prefer let/const over var.</w:t>
      </w:r>
      <w:r>
        <w:br/>
      </w:r>
    </w:p>
    <w:p w:rsidR="00D72564" w:rsidRDefault="0055640D">
      <w:pPr>
        <w:pStyle w:val="Heading3"/>
      </w:pPr>
      <w:r>
        <w:t>2. Primitive vs Reference Data Types</w:t>
      </w:r>
    </w:p>
    <w:p w:rsidR="00D72564" w:rsidRDefault="0055640D">
      <w:r>
        <w:t>JavaScript data types are broadly classified into Primitive and Reference types.</w:t>
      </w:r>
      <w:r>
        <w:br/>
      </w:r>
      <w:r>
        <w:br/>
        <w:t>Primitive Data Types:</w:t>
      </w:r>
      <w:r>
        <w:br/>
        <w:t>These store a single value and are immutable.</w:t>
      </w:r>
      <w:r>
        <w:br/>
        <w:t>Types include: Number, String, Boolean, Undefined, Null, BigInt, and</w:t>
      </w:r>
      <w:r>
        <w:t xml:space="preserve"> Symbol.</w:t>
      </w:r>
      <w:r>
        <w:br/>
        <w:t>They are stored by value.</w:t>
      </w:r>
      <w:r>
        <w:br/>
      </w:r>
      <w:r>
        <w:br/>
        <w:t>Example:</w:t>
      </w:r>
      <w:r>
        <w:br/>
        <w:t>let x = 10;</w:t>
      </w:r>
      <w:r>
        <w:br/>
        <w:t>let y = x;</w:t>
      </w:r>
      <w:r>
        <w:br/>
        <w:t>y = 20;</w:t>
      </w:r>
      <w:r>
        <w:br/>
        <w:t>console.log(x); // 10</w:t>
      </w:r>
      <w:r>
        <w:br/>
      </w:r>
      <w:r>
        <w:br/>
        <w:t>Here, y gets a copy of x. Changes to y do not affect x.</w:t>
      </w:r>
      <w:r>
        <w:br/>
      </w:r>
      <w:r>
        <w:br/>
        <w:t>Reference Data Types:</w:t>
      </w:r>
      <w:r>
        <w:br/>
        <w:t>These include Objects, Arrays, and Functions.</w:t>
      </w:r>
      <w:r>
        <w:br/>
        <w:t>They are stored by reference (me</w:t>
      </w:r>
      <w:r>
        <w:t>mory address).</w:t>
      </w:r>
      <w:r>
        <w:br/>
      </w:r>
      <w:r>
        <w:br/>
        <w:t>Example:</w:t>
      </w:r>
      <w:r>
        <w:br/>
        <w:t>let obj1 = { name: "John" };</w:t>
      </w:r>
      <w:r>
        <w:br/>
        <w:t>let obj2 = obj1;</w:t>
      </w:r>
      <w:r>
        <w:br/>
        <w:t>obj2.name = "Mike";</w:t>
      </w:r>
      <w:r>
        <w:br/>
        <w:t>console.log(obj1.name); // Mike</w:t>
      </w:r>
      <w:r>
        <w:br/>
      </w:r>
      <w:r>
        <w:br/>
        <w:t>Both variables refer to the same object in memory.</w:t>
      </w:r>
      <w:r>
        <w:br/>
      </w:r>
      <w:r>
        <w:br/>
        <w:t>When passed to functions:</w:t>
      </w:r>
      <w:r>
        <w:br/>
        <w:t>Primitive → copy is passed.</w:t>
      </w:r>
      <w:r>
        <w:br/>
        <w:t>Reference → memory referen</w:t>
      </w:r>
      <w:r>
        <w:t>ce is passed.</w:t>
      </w:r>
      <w:r>
        <w:br/>
      </w:r>
      <w:r>
        <w:br/>
        <w:t>Understanding this difference helps avoid unintended data modification.</w:t>
      </w:r>
      <w:r>
        <w:br/>
      </w:r>
    </w:p>
    <w:p w:rsidR="00D72564" w:rsidRDefault="0055640D">
      <w:pPr>
        <w:pStyle w:val="Heading3"/>
      </w:pPr>
      <w:r>
        <w:t>3. Array Operations Program</w:t>
      </w:r>
    </w:p>
    <w:p w:rsidR="00D72564" w:rsidRDefault="0055640D">
      <w:r>
        <w:t>Arrays are ordered collections used to store multiple values.</w:t>
      </w:r>
      <w:r>
        <w:br/>
      </w:r>
      <w:r>
        <w:br/>
        <w:t>Example Program:</w:t>
      </w:r>
      <w:r>
        <w:br/>
      </w:r>
      <w:r>
        <w:br/>
      </w:r>
      <w:r>
        <w:lastRenderedPageBreak/>
        <w:t>let cities = ["Delhi", "Mumbai", "Chennai", "Kolkata", "Ban</w:t>
      </w:r>
      <w:r>
        <w:t>galore"];</w:t>
      </w:r>
      <w:r>
        <w:br/>
      </w:r>
      <w:r>
        <w:br/>
        <w:t>// Add a city at the end</w:t>
      </w:r>
      <w:r>
        <w:br/>
        <w:t>cities.push("Hyderabad");</w:t>
      </w:r>
      <w:r>
        <w:br/>
      </w:r>
      <w:r>
        <w:br/>
        <w:t>// Remove the first city</w:t>
      </w:r>
      <w:r>
        <w:br/>
        <w:t>cities.shift();</w:t>
      </w:r>
      <w:r>
        <w:br/>
      </w:r>
      <w:r>
        <w:br/>
        <w:t>// Total number of cities</w:t>
      </w:r>
      <w:r>
        <w:br/>
        <w:t>console.log("Total cities:", cities.length);</w:t>
      </w:r>
      <w:r>
        <w:br/>
      </w:r>
      <w:r>
        <w:br/>
        <w:t>// Find index of a city</w:t>
      </w:r>
      <w:r>
        <w:br/>
        <w:t>let index = cities.indexOf("Chennai");</w:t>
      </w:r>
      <w:r>
        <w:br/>
        <w:t>console.log("Ind</w:t>
      </w:r>
      <w:r>
        <w:t>ex of Chennai:", index);</w:t>
      </w:r>
      <w:r>
        <w:br/>
      </w:r>
      <w:r>
        <w:br/>
        <w:t>// Search for a city</w:t>
      </w:r>
      <w:r>
        <w:br/>
        <w:t>console.log("Is Mumbai present?", cities.includes("Mumbai"));</w:t>
      </w:r>
      <w:r>
        <w:br/>
      </w:r>
      <w:r>
        <w:br/>
        <w:t>// Replace a city</w:t>
      </w:r>
      <w:r>
        <w:br/>
        <w:t>let replaceIndex = cities.indexOf("Kolkata");</w:t>
      </w:r>
      <w:r>
        <w:br/>
        <w:t>if(replaceIndex !== -1){</w:t>
      </w:r>
      <w:r>
        <w:br/>
        <w:t xml:space="preserve">    cities[replaceIndex] = "Pune";</w:t>
      </w:r>
      <w:r>
        <w:br/>
        <w:t>}</w:t>
      </w:r>
      <w:r>
        <w:br/>
      </w:r>
      <w:r>
        <w:br/>
        <w:t>console.log(cities)</w:t>
      </w:r>
      <w:r>
        <w:t>;</w:t>
      </w:r>
      <w:r>
        <w:br/>
      </w:r>
      <w:r>
        <w:br/>
        <w:t>Explanation:</w:t>
      </w:r>
      <w:r>
        <w:br/>
        <w:t>push() adds elements.</w:t>
      </w:r>
      <w:r>
        <w:br/>
        <w:t>shift() removes the first element.</w:t>
      </w:r>
      <w:r>
        <w:br/>
        <w:t>length returns count.</w:t>
      </w:r>
      <w:r>
        <w:br/>
        <w:t>indexOf() finds position.</w:t>
      </w:r>
      <w:r>
        <w:br/>
        <w:t>includes() checks existence.</w:t>
      </w:r>
      <w:r>
        <w:br/>
      </w:r>
    </w:p>
    <w:p w:rsidR="00D72564" w:rsidRDefault="0055640D">
      <w:pPr>
        <w:pStyle w:val="Heading3"/>
      </w:pPr>
      <w:r>
        <w:t>4. Difference Between Arrays and Objects</w:t>
      </w:r>
    </w:p>
    <w:p w:rsidR="00D72564" w:rsidRDefault="0055640D">
      <w:r>
        <w:t>Arrays store ordered data accessed using index numbers.</w:t>
      </w:r>
      <w:r>
        <w:br/>
        <w:t xml:space="preserve">Objects </w:t>
      </w:r>
      <w:r>
        <w:t>store data in key–value pairs and are used for structured information.</w:t>
      </w:r>
      <w:r>
        <w:br/>
      </w:r>
      <w:r>
        <w:br/>
        <w:t>Array Example:</w:t>
      </w:r>
      <w:r>
        <w:br/>
        <w:t>let arr = ["Math", "Science"];</w:t>
      </w:r>
      <w:r>
        <w:br/>
      </w:r>
      <w:r>
        <w:br/>
        <w:t>Object Example:</w:t>
      </w:r>
      <w:r>
        <w:br/>
        <w:t>let student = {</w:t>
      </w:r>
      <w:r>
        <w:br/>
        <w:t xml:space="preserve">    name: "Rahul",</w:t>
      </w:r>
      <w:r>
        <w:br/>
      </w:r>
      <w:r>
        <w:lastRenderedPageBreak/>
        <w:t xml:space="preserve">    grade: "A",</w:t>
      </w:r>
      <w:r>
        <w:br/>
        <w:t xml:space="preserve">    subjects: ["Math", "Science"],</w:t>
      </w:r>
      <w:r>
        <w:br/>
        <w:t xml:space="preserve">    displayInfo: function() {</w:t>
      </w:r>
      <w:r>
        <w:br/>
        <w:t xml:space="preserve">     </w:t>
      </w:r>
      <w:r>
        <w:t xml:space="preserve">   console.log("Name:", this.name);</w:t>
      </w:r>
      <w:r>
        <w:br/>
        <w:t xml:space="preserve">        console.log("Grade:", this.grade);</w:t>
      </w:r>
      <w:r>
        <w:br/>
        <w:t xml:space="preserve">        console.log("Subjects:", this.subjects.join(", "));</w:t>
      </w:r>
      <w:r>
        <w:br/>
        <w:t xml:space="preserve">    }</w:t>
      </w:r>
      <w:r>
        <w:br/>
        <w:t>};</w:t>
      </w:r>
      <w:r>
        <w:br/>
      </w:r>
      <w:r>
        <w:br/>
        <w:t>student.displayInfo();</w:t>
      </w:r>
      <w:r>
        <w:br/>
      </w:r>
      <w:r>
        <w:br/>
        <w:t>Use Arrays when order matters.</w:t>
      </w:r>
      <w:r>
        <w:br/>
        <w:t>Use Objects when data has properties or attributes.</w:t>
      </w:r>
      <w:r>
        <w:br/>
      </w:r>
    </w:p>
    <w:p w:rsidR="00D72564" w:rsidRDefault="0055640D">
      <w:pPr>
        <w:pStyle w:val="Heading3"/>
      </w:pPr>
      <w:r>
        <w:t>5. Structure of JavaScript Functions and String Methods</w:t>
      </w:r>
    </w:p>
    <w:p w:rsidR="00D72564" w:rsidRDefault="0055640D">
      <w:r>
        <w:t>Functions are reusable blocks of code.</w:t>
      </w:r>
      <w:r>
        <w:br/>
      </w:r>
      <w:r>
        <w:br/>
        <w:t>Structure:</w:t>
      </w:r>
      <w:r>
        <w:br/>
        <w:t>function functionName(parameters) {</w:t>
      </w:r>
      <w:r>
        <w:br/>
        <w:t xml:space="preserve">    // logic</w:t>
      </w:r>
      <w:r>
        <w:br/>
        <w:t xml:space="preserve">    return value;</w:t>
      </w:r>
      <w:r>
        <w:br/>
        <w:t>}</w:t>
      </w:r>
      <w:r>
        <w:br/>
      </w:r>
      <w:r>
        <w:br/>
        <w:t>Example:</w:t>
      </w:r>
      <w:r>
        <w:br/>
        <w:t>function add(a, b) {</w:t>
      </w:r>
      <w:r>
        <w:br/>
        <w:t xml:space="preserve">    return a + b;</w:t>
      </w:r>
      <w:r>
        <w:br/>
        <w:t>}</w:t>
      </w:r>
      <w:r>
        <w:br/>
      </w:r>
      <w:r>
        <w:br/>
        <w:t>Parameters are inputs and r</w:t>
      </w:r>
      <w:r>
        <w:t>eturn sends output back.</w:t>
      </w:r>
      <w:r>
        <w:br/>
      </w:r>
      <w:r>
        <w:br/>
        <w:t>String Methods:</w:t>
      </w:r>
      <w:r>
        <w:br/>
      </w:r>
      <w:r>
        <w:br/>
        <w:t>1. length – returns total characters</w:t>
      </w:r>
      <w:r>
        <w:br/>
        <w:t>2. toUpperCase() – converts to uppercase</w:t>
      </w:r>
      <w:r>
        <w:br/>
        <w:t>3. toLowerCase() – converts to lowercase</w:t>
      </w:r>
      <w:r>
        <w:br/>
        <w:t>4. substring(start, end) – extracts part of string</w:t>
      </w:r>
      <w:r>
        <w:br/>
        <w:t>5. replace(old, new) – replaces text</w:t>
      </w:r>
      <w:r>
        <w:br/>
      </w:r>
      <w:r>
        <w:br/>
        <w:t>Examp</w:t>
      </w:r>
      <w:r>
        <w:t>le:</w:t>
      </w:r>
      <w:r>
        <w:br/>
        <w:t>let str = "Hello JavaScript";</w:t>
      </w:r>
      <w:r>
        <w:br/>
        <w:t>console.log(str.length);</w:t>
      </w:r>
      <w:r>
        <w:br/>
        <w:t>console.log(str.toUpperCase());</w:t>
      </w:r>
      <w:r>
        <w:br/>
        <w:t>console.log(str.substring(6, 16));</w:t>
      </w:r>
      <w:r>
        <w:br/>
      </w:r>
      <w:r>
        <w:lastRenderedPageBreak/>
        <w:t>console.log(str.replace("Hello", "Hi"));</w:t>
      </w:r>
      <w:r>
        <w:br/>
      </w:r>
    </w:p>
    <w:p w:rsidR="00D72564" w:rsidRDefault="0055640D">
      <w:pPr>
        <w:pStyle w:val="Heading3"/>
      </w:pPr>
      <w:r>
        <w:t>6. Synchronous vs Asynchronous Execution</w:t>
      </w:r>
    </w:p>
    <w:p w:rsidR="00D72564" w:rsidRDefault="0055640D">
      <w:r>
        <w:t>Synchronous execution runs code line by line.</w:t>
      </w:r>
      <w:r>
        <w:br/>
        <w:t>A</w:t>
      </w:r>
      <w:r>
        <w:t>synchronous execution allows non-blocking operations.</w:t>
      </w:r>
      <w:r>
        <w:br/>
      </w:r>
      <w:r>
        <w:br/>
        <w:t>setTimeout Example:</w:t>
      </w:r>
      <w:r>
        <w:br/>
        <w:t>console.log("Start");</w:t>
      </w:r>
      <w:r>
        <w:br/>
        <w:t>setTimeout(() =&gt; {</w:t>
      </w:r>
      <w:r>
        <w:br/>
        <w:t xml:space="preserve">    console.log("Delayed message");</w:t>
      </w:r>
      <w:r>
        <w:br/>
        <w:t>}, 2000);</w:t>
      </w:r>
      <w:r>
        <w:br/>
        <w:t>console.log("End");</w:t>
      </w:r>
      <w:r>
        <w:br/>
      </w:r>
      <w:r>
        <w:br/>
        <w:t>Output:</w:t>
      </w:r>
      <w:r>
        <w:br/>
        <w:t>Start</w:t>
      </w:r>
      <w:r>
        <w:br/>
        <w:t>End</w:t>
      </w:r>
      <w:r>
        <w:br/>
        <w:t>Delayed message</w:t>
      </w:r>
      <w:r>
        <w:br/>
      </w:r>
      <w:r>
        <w:br/>
        <w:t>Promises:</w:t>
      </w:r>
      <w:r>
        <w:br/>
        <w:t>let promise = new Promise((r</w:t>
      </w:r>
      <w:r>
        <w:t>esolve, reject) =&gt; {</w:t>
      </w:r>
      <w:r>
        <w:br/>
        <w:t xml:space="preserve">    resolve("Data received");</w:t>
      </w:r>
      <w:r>
        <w:br/>
        <w:t>});</w:t>
      </w:r>
      <w:r>
        <w:br/>
        <w:t>promise.then(data =&gt; console.log(data));</w:t>
      </w:r>
      <w:r>
        <w:br/>
      </w:r>
      <w:r>
        <w:br/>
        <w:t>async/await:</w:t>
      </w:r>
      <w:r>
        <w:br/>
        <w:t>async function fetchData() {</w:t>
      </w:r>
      <w:r>
        <w:br/>
        <w:t xml:space="preserve">    let result = await promise;</w:t>
      </w:r>
      <w:r>
        <w:br/>
        <w:t xml:space="preserve">    console.log(result);</w:t>
      </w:r>
      <w:r>
        <w:br/>
        <w:t>}</w:t>
      </w:r>
      <w:r>
        <w:br/>
        <w:t>fetchData();</w:t>
      </w:r>
      <w:r>
        <w:br/>
      </w:r>
      <w:r>
        <w:br/>
        <w:t>These are used for API calls, file operation</w:t>
      </w:r>
      <w:r>
        <w:t>s, and network requests.</w:t>
      </w:r>
      <w:r>
        <w:br/>
      </w:r>
    </w:p>
    <w:p w:rsidR="00D72564" w:rsidRDefault="0055640D">
      <w:pPr>
        <w:pStyle w:val="Heading3"/>
      </w:pPr>
      <w:r>
        <w:t>7. Difference Between == and === with String Tasks</w:t>
      </w:r>
    </w:p>
    <w:p w:rsidR="00D72564" w:rsidRDefault="0055640D">
      <w:r>
        <w:t>== compares values after type conversion.</w:t>
      </w:r>
      <w:r>
        <w:br/>
        <w:t>=== compares value and type strictly.</w:t>
      </w:r>
      <w:r>
        <w:br/>
      </w:r>
      <w:r>
        <w:br/>
        <w:t>Example:</w:t>
      </w:r>
      <w:r>
        <w:br/>
        <w:t>console.log(5 == "5");   // true</w:t>
      </w:r>
      <w:r>
        <w:br/>
        <w:t>console.log(5 === "5");  // false</w:t>
      </w:r>
      <w:r>
        <w:br/>
      </w:r>
      <w:r>
        <w:br/>
        <w:t>String Operations:</w:t>
      </w:r>
      <w:r>
        <w:br/>
      </w:r>
      <w:r>
        <w:lastRenderedPageBreak/>
        <w:t>le</w:t>
      </w:r>
      <w:r>
        <w:t>t str = "I love JavaScript programming";</w:t>
      </w:r>
      <w:r>
        <w:br/>
      </w:r>
      <w:r>
        <w:br/>
        <w:t>// Length</w:t>
      </w:r>
      <w:r>
        <w:br/>
        <w:t>console.log(str.length);</w:t>
      </w:r>
      <w:r>
        <w:br/>
      </w:r>
      <w:r>
        <w:br/>
        <w:t>// Extract JavaScript</w:t>
      </w:r>
      <w:r>
        <w:br/>
        <w:t>console.log(str.slice(7, 17));</w:t>
      </w:r>
      <w:r>
        <w:br/>
      </w:r>
      <w:r>
        <w:br/>
        <w:t>// Replace word</w:t>
      </w:r>
      <w:r>
        <w:br/>
        <w:t>let newStr = str.replace("love", "like");</w:t>
      </w:r>
      <w:r>
        <w:br/>
        <w:t>console.log(newStr);</w:t>
      </w:r>
      <w:r>
        <w:br/>
      </w:r>
      <w:r>
        <w:br/>
        <w:t>// Palindrome Function</w:t>
      </w:r>
      <w:r>
        <w:br/>
        <w:t>function isPalindrome</w:t>
      </w:r>
      <w:r>
        <w:t>(s) {</w:t>
      </w:r>
      <w:r>
        <w:br/>
        <w:t xml:space="preserve">    let reversed = s.split("").reverse().join("");</w:t>
      </w:r>
      <w:r>
        <w:br/>
        <w:t xml:space="preserve">    return s === reversed;</w:t>
      </w:r>
      <w:r>
        <w:br/>
        <w:t>}</w:t>
      </w:r>
      <w:r>
        <w:br/>
      </w:r>
    </w:p>
    <w:p w:rsidR="00D72564" w:rsidRDefault="0055640D">
      <w:pPr>
        <w:pStyle w:val="Heading3"/>
      </w:pPr>
      <w:r>
        <w:t>8. Arrays vs Objects Usage and Array Functions</w:t>
      </w:r>
    </w:p>
    <w:p w:rsidR="00D72564" w:rsidRDefault="0055640D">
      <w:r>
        <w:t>Arrays are used for ordered collections.</w:t>
      </w:r>
      <w:r>
        <w:br/>
        <w:t>Objects are used for structured data.</w:t>
      </w:r>
      <w:r>
        <w:br/>
      </w:r>
      <w:r>
        <w:br/>
        <w:t>Array Creation:</w:t>
      </w:r>
      <w:r>
        <w:br/>
        <w:t>let arr = [1,2,3];</w:t>
      </w:r>
      <w:r>
        <w:br/>
        <w:t>let arr</w:t>
      </w:r>
      <w:r>
        <w:t>2 = new Array(4,5,6);</w:t>
      </w:r>
      <w:r>
        <w:br/>
      </w:r>
      <w:r>
        <w:br/>
        <w:t>Five Array Methods:</w:t>
      </w:r>
      <w:r>
        <w:br/>
        <w:t>push() – add at end</w:t>
      </w:r>
      <w:r>
        <w:br/>
        <w:t>pop() – remove last</w:t>
      </w:r>
      <w:r>
        <w:br/>
        <w:t>shift() – remove first</w:t>
      </w:r>
      <w:r>
        <w:br/>
        <w:t>unshift() – add at beginning</w:t>
      </w:r>
      <w:r>
        <w:br/>
        <w:t>map() – transform elements</w:t>
      </w:r>
      <w:r>
        <w:br/>
      </w:r>
      <w:r>
        <w:br/>
        <w:t>Example:</w:t>
      </w:r>
      <w:r>
        <w:br/>
        <w:t>let nums = [1,2,3];</w:t>
      </w:r>
      <w:r>
        <w:br/>
        <w:t>nums.push(4);</w:t>
      </w:r>
      <w:r>
        <w:br/>
        <w:t>nums.pop();</w:t>
      </w:r>
      <w:r>
        <w:br/>
        <w:t>nums.unshift(0);</w:t>
      </w:r>
      <w:r>
        <w:br/>
        <w:t>let doubled = nums.ma</w:t>
      </w:r>
      <w:r>
        <w:t>p(n =&gt; n*2);</w:t>
      </w:r>
      <w:r>
        <w:br/>
      </w:r>
    </w:p>
    <w:p w:rsidR="00D72564" w:rsidRDefault="0055640D">
      <w:pPr>
        <w:pStyle w:val="Heading3"/>
      </w:pPr>
      <w:r>
        <w:lastRenderedPageBreak/>
        <w:t>9. Function Declaration vs Expression vs Arrow</w:t>
      </w:r>
    </w:p>
    <w:p w:rsidR="00D72564" w:rsidRDefault="0055640D">
      <w:r>
        <w:t>Function Declaration:</w:t>
      </w:r>
      <w:r>
        <w:br/>
        <w:t>function greet() {</w:t>
      </w:r>
      <w:r>
        <w:br/>
        <w:t xml:space="preserve">    console.log("Hello");</w:t>
      </w:r>
      <w:r>
        <w:br/>
        <w:t>}</w:t>
      </w:r>
      <w:r>
        <w:br/>
        <w:t>Hoisted completely.</w:t>
      </w:r>
      <w:r>
        <w:br/>
      </w:r>
      <w:r>
        <w:br/>
        <w:t>Function Expression:</w:t>
      </w:r>
      <w:r>
        <w:br/>
        <w:t>const greet = function() {</w:t>
      </w:r>
      <w:r>
        <w:br/>
        <w:t xml:space="preserve">    console.log("Hello");</w:t>
      </w:r>
      <w:r>
        <w:br/>
        <w:t>};</w:t>
      </w:r>
      <w:r>
        <w:br/>
        <w:t>Not fully hoisted.</w:t>
      </w:r>
      <w:r>
        <w:br/>
      </w:r>
      <w:r>
        <w:br/>
        <w:t>Arrow Fu</w:t>
      </w:r>
      <w:r>
        <w:t>nction:</w:t>
      </w:r>
      <w:r>
        <w:br/>
        <w:t>const greet = () =&gt; {</w:t>
      </w:r>
      <w:r>
        <w:br/>
        <w:t xml:space="preserve">    console.log("Hello");</w:t>
      </w:r>
      <w:r>
        <w:br/>
        <w:t>};</w:t>
      </w:r>
      <w:r>
        <w:br/>
      </w:r>
      <w:r>
        <w:br/>
        <w:t>Arrow functions:</w:t>
      </w:r>
      <w:r>
        <w:br/>
        <w:t>- Short syntax</w:t>
      </w:r>
      <w:r>
        <w:br/>
        <w:t>- Do not have their own this</w:t>
      </w:r>
      <w:r>
        <w:br/>
        <w:t>- Useful for callbacks</w:t>
      </w:r>
      <w:r>
        <w:br/>
      </w:r>
    </w:p>
    <w:p w:rsidR="00D72564" w:rsidRDefault="0055640D">
      <w:pPr>
        <w:pStyle w:val="Heading3"/>
      </w:pPr>
      <w:r>
        <w:t>10. Loops with Asynchronous Code</w:t>
      </w:r>
    </w:p>
    <w:p w:rsidR="00D72564" w:rsidRDefault="0055640D">
      <w:r>
        <w:t>Problem with var:</w:t>
      </w:r>
      <w:r>
        <w:br/>
      </w:r>
      <w:r>
        <w:br/>
        <w:t>for(var i=0; i&lt;3; i++){</w:t>
      </w:r>
      <w:r>
        <w:br/>
        <w:t xml:space="preserve">    setTimeout(() =&gt; {</w:t>
      </w:r>
      <w:r>
        <w:br/>
        <w:t xml:space="preserve">        cons</w:t>
      </w:r>
      <w:r>
        <w:t>ole.log(i);</w:t>
      </w:r>
      <w:r>
        <w:br/>
        <w:t xml:space="preserve">    }, 1000);</w:t>
      </w:r>
      <w:r>
        <w:br/>
        <w:t>}</w:t>
      </w:r>
      <w:r>
        <w:br/>
      </w:r>
      <w:r>
        <w:br/>
        <w:t>Output:</w:t>
      </w:r>
      <w:r>
        <w:br/>
        <w:t>3 3 3</w:t>
      </w:r>
      <w:r>
        <w:br/>
      </w:r>
      <w:r>
        <w:br/>
        <w:t>Reason:</w:t>
      </w:r>
      <w:r>
        <w:br/>
        <w:t>var has function scope, so same variable is shared.</w:t>
      </w:r>
      <w:r>
        <w:br/>
      </w:r>
      <w:r>
        <w:br/>
        <w:t>Solution using let:</w:t>
      </w:r>
      <w:r>
        <w:br/>
      </w:r>
      <w:r>
        <w:br/>
        <w:t>for(let i=0; i&lt;3; i++){</w:t>
      </w:r>
      <w:r>
        <w:br/>
        <w:t xml:space="preserve">    setTimeout(() =&gt; {</w:t>
      </w:r>
      <w:r>
        <w:br/>
        <w:t xml:space="preserve">        console.log(i);</w:t>
      </w:r>
      <w:r>
        <w:br/>
      </w:r>
      <w:r>
        <w:lastRenderedPageBreak/>
        <w:t xml:space="preserve">    }, 1000);</w:t>
      </w:r>
      <w:r>
        <w:br/>
        <w:t>}</w:t>
      </w:r>
      <w:r>
        <w:br/>
      </w:r>
      <w:r>
        <w:br/>
        <w:t>Output:</w:t>
      </w:r>
      <w:r>
        <w:br/>
        <w:t>0 1 2</w:t>
      </w:r>
      <w:r>
        <w:br/>
      </w:r>
      <w:r>
        <w:br/>
        <w:t>Common Pitfalls:</w:t>
      </w:r>
      <w:r>
        <w:br/>
        <w:t xml:space="preserve">- Closure </w:t>
      </w:r>
      <w:r>
        <w:t>issues</w:t>
      </w:r>
      <w:r>
        <w:br/>
        <w:t>- Incorrect variable scope</w:t>
      </w:r>
      <w:r>
        <w:br/>
        <w:t>- Assuming synchronous behavior</w:t>
      </w:r>
      <w:r>
        <w:br/>
      </w:r>
      <w:r>
        <w:br/>
        <w:t>Best Practice:</w:t>
      </w:r>
      <w:r>
        <w:br/>
        <w:t>Use let or closures to preserve values.</w:t>
      </w:r>
      <w:r>
        <w:br/>
      </w:r>
    </w:p>
    <w:sectPr w:rsidR="00D72564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55640D"/>
    <w:rsid w:val="00AA1D8D"/>
    <w:rsid w:val="00B47730"/>
    <w:rsid w:val="00CB0664"/>
    <w:rsid w:val="00D725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efaultImageDpi w14:val="300"/>
  <w15:docId w15:val="{2B99D643-4077-4305-A48A-89404C5F0D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3337D17E-D1A5-469A-8F25-D5ACD334546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8</Pages>
  <Words>1005</Words>
  <Characters>5729</Characters>
  <Application>Microsoft Office Word</Application>
  <DocSecurity>0</DocSecurity>
  <Lines>47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6721</CharactersWithSpaces>
  <SharedDoc>false</SharedDoc>
  <HyperlinkBase/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Windows-E</cp:lastModifiedBy>
  <cp:revision>2</cp:revision>
  <dcterms:created xsi:type="dcterms:W3CDTF">2026-02-24T06:31:00Z</dcterms:created>
  <dcterms:modified xsi:type="dcterms:W3CDTF">2026-02-24T06:31:00Z</dcterms:modified>
  <cp:category/>
</cp:coreProperties>
</file>